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F0248" w14:textId="77777777" w:rsidR="0013458D" w:rsidRPr="00E757AB" w:rsidRDefault="00000000" w:rsidP="00E757AB">
      <w:pPr>
        <w:pStyle w:val="Ttulo"/>
        <w:jc w:val="center"/>
        <w:rPr>
          <w:b/>
          <w:bCs/>
        </w:rPr>
      </w:pPr>
      <w:r w:rsidRPr="00E757AB">
        <w:rPr>
          <w:b/>
          <w:bCs/>
        </w:rPr>
        <w:t>ESCRITO DE MANIFESTACIÓN POR FALTA DE DOCUMENTO</w:t>
      </w:r>
    </w:p>
    <w:p w14:paraId="17B7094A" w14:textId="77777777" w:rsidR="00E757AB" w:rsidRPr="00E757AB" w:rsidRDefault="00E757AB" w:rsidP="00E757AB">
      <w:pPr>
        <w:jc w:val="both"/>
      </w:pPr>
    </w:p>
    <w:p w14:paraId="0C878C74" w14:textId="77777777" w:rsidR="0013458D" w:rsidRDefault="00000000" w:rsidP="00E757AB">
      <w:pPr>
        <w:jc w:val="both"/>
      </w:pPr>
      <w:r>
        <w:rPr>
          <w:b/>
        </w:rPr>
        <w:t>PENSIONES PARA EL BIENESTAR</w:t>
      </w:r>
    </w:p>
    <w:p w14:paraId="47240134" w14:textId="071D3BCB" w:rsidR="0013458D" w:rsidRDefault="00000000" w:rsidP="00E757AB">
      <w:pPr>
        <w:jc w:val="both"/>
      </w:pPr>
      <w:r>
        <w:t>_____________________, a ______ de __________________ de 2026.</w:t>
      </w:r>
    </w:p>
    <w:p w14:paraId="113AA29B" w14:textId="77777777" w:rsidR="00E757AB" w:rsidRDefault="00E757AB" w:rsidP="00E757AB">
      <w:pPr>
        <w:jc w:val="both"/>
      </w:pPr>
    </w:p>
    <w:p w14:paraId="43B3DB2C" w14:textId="77777777" w:rsidR="00E757AB" w:rsidRDefault="00000000" w:rsidP="00E757AB">
      <w:pPr>
        <w:jc w:val="both"/>
        <w:rPr>
          <w:b/>
        </w:rPr>
      </w:pPr>
      <w:r>
        <w:rPr>
          <w:b/>
        </w:rPr>
        <w:t>SECRETARÍA DE BIENESTAR</w:t>
      </w:r>
    </w:p>
    <w:p w14:paraId="41A89C7A" w14:textId="77777777" w:rsidR="00E757AB" w:rsidRDefault="00000000" w:rsidP="00E757AB">
      <w:pPr>
        <w:jc w:val="both"/>
        <w:rPr>
          <w:b/>
        </w:rPr>
      </w:pPr>
      <w:r>
        <w:rPr>
          <w:b/>
        </w:rPr>
        <w:t>DELEGACIÓN DE PROGRAMAS PARA EL DESARROLLO</w:t>
      </w:r>
    </w:p>
    <w:p w14:paraId="63EB89C6" w14:textId="77777777" w:rsidR="00E757AB" w:rsidRDefault="00000000" w:rsidP="00E757AB">
      <w:pPr>
        <w:jc w:val="both"/>
        <w:rPr>
          <w:b/>
        </w:rPr>
      </w:pPr>
      <w:r>
        <w:rPr>
          <w:b/>
        </w:rPr>
        <w:t>EN EL ESTADO DE __________________________________</w:t>
      </w:r>
    </w:p>
    <w:p w14:paraId="6BCD476F" w14:textId="77777777" w:rsidR="00E757AB" w:rsidRDefault="00000000" w:rsidP="00E757AB">
      <w:pPr>
        <w:jc w:val="both"/>
        <w:rPr>
          <w:b/>
        </w:rPr>
      </w:pPr>
      <w:r>
        <w:rPr>
          <w:b/>
        </w:rPr>
        <w:t>A QUIEN CORRESPONDA</w:t>
      </w:r>
    </w:p>
    <w:p w14:paraId="4B4EF12C" w14:textId="5B37192A" w:rsidR="0013458D" w:rsidRDefault="00000000" w:rsidP="00E757AB">
      <w:pPr>
        <w:jc w:val="both"/>
        <w:rPr>
          <w:b/>
        </w:rPr>
      </w:pPr>
      <w:r>
        <w:rPr>
          <w:b/>
        </w:rPr>
        <w:t>PRESENTE</w:t>
      </w:r>
    </w:p>
    <w:p w14:paraId="7A5CC373" w14:textId="77777777" w:rsidR="00E757AB" w:rsidRDefault="00E757AB" w:rsidP="00E757AB">
      <w:pPr>
        <w:jc w:val="both"/>
      </w:pPr>
    </w:p>
    <w:p w14:paraId="2E86F130" w14:textId="77777777" w:rsidR="0013458D" w:rsidRDefault="00000000" w:rsidP="00E757AB">
      <w:pPr>
        <w:ind w:left="5040"/>
        <w:jc w:val="both"/>
        <w:rPr>
          <w:b/>
        </w:rPr>
      </w:pPr>
      <w:r>
        <w:rPr>
          <w:b/>
        </w:rPr>
        <w:t>ASUNTO: Manifestación por falta de documento por causas de fuerza mayor o caso fortuito.</w:t>
      </w:r>
    </w:p>
    <w:p w14:paraId="7A854196" w14:textId="77777777" w:rsidR="00E757AB" w:rsidRDefault="00E757AB" w:rsidP="00E757AB">
      <w:pPr>
        <w:jc w:val="both"/>
      </w:pPr>
    </w:p>
    <w:p w14:paraId="09DF8DDD" w14:textId="6C4C4877" w:rsidR="0013458D" w:rsidRDefault="00000000" w:rsidP="00E757AB">
      <w:pPr>
        <w:jc w:val="both"/>
      </w:pPr>
      <w:r>
        <w:t xml:space="preserve">Yo, ____________________________________________________________, por mi propio derecho, con fecha de nacimiento __________________________, lugar de nacimiento ____________________________________________, nacionalidad __________________________ y CURP __________________________________; identificándome, en caso de contar con documento de identificación, con ____________________________________________, número ______________________________, expedido por ____________________________________________________________; con domicilio en la calle ____________________________________________, número exterior __________, número interior __________, colonia </w:t>
      </w:r>
      <w:r w:rsidR="00E757AB">
        <w:t>___________</w:t>
      </w:r>
      <w:r>
        <w:t>______________________________, localidad ______________________________, municipio o alcaldía ______________________________, entidad federativa ______________________________ y código postal __________; señalando como teléfono de contacto ______________________________ y correo electrónico, si cuento con él, ____________________________________________, comparezco respetuosamente para exponer lo siguiente:</w:t>
      </w:r>
    </w:p>
    <w:p w14:paraId="4F47E807" w14:textId="77777777" w:rsidR="00E757AB" w:rsidRDefault="00E757AB" w:rsidP="00E757AB">
      <w:pPr>
        <w:jc w:val="both"/>
      </w:pPr>
    </w:p>
    <w:p w14:paraId="60521F71" w14:textId="77777777" w:rsidR="0013458D" w:rsidRDefault="00000000" w:rsidP="00E757AB">
      <w:pPr>
        <w:jc w:val="both"/>
      </w:pPr>
      <w:r>
        <w:t>Que es mi voluntad solicitar mi incorporación al programa que se señala a continuación:</w:t>
      </w:r>
    </w:p>
    <w:p w14:paraId="498D08D1" w14:textId="77777777" w:rsidR="0013458D" w:rsidRDefault="00000000" w:rsidP="00E757AB">
      <w:pPr>
        <w:jc w:val="both"/>
      </w:pPr>
      <w:r>
        <w:t>☐ Pensión para el Bienestar de las Personas Adultas Mayores.</w:t>
      </w:r>
      <w:r>
        <w:br/>
        <w:t>☐ Pensión para el Bienestar de las Personas con Discapacidad Permanente.</w:t>
      </w:r>
      <w:r>
        <w:br/>
        <w:t>☐ Pensión Mujeres Bienestar.</w:t>
      </w:r>
    </w:p>
    <w:p w14:paraId="429820CD" w14:textId="43E87BA5" w:rsidR="0013458D" w:rsidRDefault="00000000" w:rsidP="00E757AB">
      <w:pPr>
        <w:pStyle w:val="Ttulo1"/>
        <w:numPr>
          <w:ilvl w:val="0"/>
          <w:numId w:val="10"/>
        </w:numPr>
        <w:jc w:val="both"/>
      </w:pPr>
      <w:r>
        <w:t>Documento faltante</w:t>
      </w:r>
    </w:p>
    <w:p w14:paraId="23C12656" w14:textId="77777777" w:rsidR="00E757AB" w:rsidRPr="00E757AB" w:rsidRDefault="00E757AB" w:rsidP="00E757AB"/>
    <w:p w14:paraId="612F415F" w14:textId="77777777" w:rsidR="0013458D" w:rsidRDefault="00000000" w:rsidP="00E757AB">
      <w:pPr>
        <w:jc w:val="both"/>
      </w:pPr>
      <w:r>
        <w:t>Al revisar los requisitos documentales de acceso al programa señalado, manifiesto que no cuento con el siguiente documento:</w:t>
      </w:r>
    </w:p>
    <w:p w14:paraId="6CEBBEBD" w14:textId="612FD34B" w:rsidR="0013458D" w:rsidRDefault="00000000" w:rsidP="00E757AB">
      <w:pPr>
        <w:jc w:val="both"/>
      </w:pPr>
      <w:r>
        <w:t>____________________________________________________________________________</w:t>
      </w:r>
      <w:r w:rsidR="00E757AB">
        <w:t>_____</w:t>
      </w:r>
    </w:p>
    <w:p w14:paraId="2B0141B6" w14:textId="66742237" w:rsidR="0013458D" w:rsidRDefault="00000000" w:rsidP="00E757AB">
      <w:pPr>
        <w:jc w:val="both"/>
      </w:pPr>
      <w:r>
        <w:t>____________________________________________________________________________</w:t>
      </w:r>
      <w:r w:rsidR="00E757AB">
        <w:t>_____</w:t>
      </w:r>
    </w:p>
    <w:p w14:paraId="6A42B011" w14:textId="77777777" w:rsidR="0013458D" w:rsidRDefault="00000000" w:rsidP="00E757AB">
      <w:pPr>
        <w:jc w:val="both"/>
      </w:pPr>
      <w:r>
        <w:br w:type="page"/>
      </w:r>
    </w:p>
    <w:p w14:paraId="1B696AEC" w14:textId="329552F4" w:rsidR="0013458D" w:rsidRDefault="00000000" w:rsidP="00E757AB">
      <w:pPr>
        <w:pStyle w:val="Ttulo1"/>
        <w:numPr>
          <w:ilvl w:val="0"/>
          <w:numId w:val="10"/>
        </w:numPr>
        <w:jc w:val="both"/>
      </w:pPr>
      <w:r>
        <w:lastRenderedPageBreak/>
        <w:t xml:space="preserve">Manifestación bajo protesta de decir </w:t>
      </w:r>
      <w:r w:rsidR="00E757AB">
        <w:t>Verdad</w:t>
      </w:r>
    </w:p>
    <w:p w14:paraId="127DFF13" w14:textId="77777777" w:rsidR="00E757AB" w:rsidRPr="00E757AB" w:rsidRDefault="00E757AB" w:rsidP="00E757AB"/>
    <w:p w14:paraId="3637A50B" w14:textId="77777777" w:rsidR="0013458D" w:rsidRDefault="00000000" w:rsidP="00E757AB">
      <w:pPr>
        <w:jc w:val="both"/>
      </w:pPr>
      <w:r>
        <w:t>Con fundamento en la disposición relativa a la falta de documentos por causas de fuerza mayor o caso fortuito, contenida en las Reglas de Operación 2026 del programa correspondiente, bajo protesta de decir verdad, manifiesto que no me es posible presentar el documento antes señalado por las siguientes circunstancias:</w:t>
      </w:r>
    </w:p>
    <w:p w14:paraId="0FC37183" w14:textId="77777777" w:rsidR="0013458D" w:rsidRDefault="00000000" w:rsidP="00E757AB">
      <w:pPr>
        <w:jc w:val="both"/>
      </w:pPr>
      <w:r>
        <w:t>____________________________________________________________________________</w:t>
      </w:r>
    </w:p>
    <w:p w14:paraId="57E67240" w14:textId="77777777" w:rsidR="0013458D" w:rsidRDefault="00000000" w:rsidP="00E757AB">
      <w:pPr>
        <w:jc w:val="both"/>
      </w:pPr>
      <w:r>
        <w:t>____________________________________________________________________________</w:t>
      </w:r>
    </w:p>
    <w:p w14:paraId="3EB9DBEA" w14:textId="77777777" w:rsidR="0013458D" w:rsidRDefault="00000000" w:rsidP="00E757AB">
      <w:pPr>
        <w:jc w:val="both"/>
      </w:pPr>
      <w:r>
        <w:t>____________________________________________________________________________</w:t>
      </w:r>
    </w:p>
    <w:p w14:paraId="7B36719A" w14:textId="77777777" w:rsidR="0013458D" w:rsidRDefault="00000000" w:rsidP="00E757AB">
      <w:pPr>
        <w:jc w:val="both"/>
      </w:pPr>
      <w:r>
        <w:t>____________________________________________________________________________</w:t>
      </w:r>
    </w:p>
    <w:p w14:paraId="72B119BA" w14:textId="77777777" w:rsidR="0013458D" w:rsidRDefault="00000000" w:rsidP="00E757AB">
      <w:pPr>
        <w:jc w:val="both"/>
      </w:pPr>
      <w:r>
        <w:t>____________________________________________________________________________</w:t>
      </w:r>
    </w:p>
    <w:p w14:paraId="0F34ED48" w14:textId="77777777" w:rsidR="0013458D" w:rsidRDefault="00000000" w:rsidP="00E757AB">
      <w:pPr>
        <w:jc w:val="both"/>
      </w:pPr>
      <w:r>
        <w:t>Los datos personales que deberían aparecer en el documento que no entrego son los siguientes:</w:t>
      </w:r>
    </w:p>
    <w:p w14:paraId="7C7FAE9B" w14:textId="77777777" w:rsidR="0013458D" w:rsidRDefault="00000000" w:rsidP="00E757AB">
      <w:pPr>
        <w:jc w:val="both"/>
      </w:pPr>
      <w:r>
        <w:t>____________________________________________________________________________</w:t>
      </w:r>
    </w:p>
    <w:p w14:paraId="495A6D24" w14:textId="77777777" w:rsidR="0013458D" w:rsidRDefault="00000000" w:rsidP="00E757AB">
      <w:pPr>
        <w:jc w:val="both"/>
      </w:pPr>
      <w:r>
        <w:t>____________________________________________________________________________</w:t>
      </w:r>
    </w:p>
    <w:p w14:paraId="2D19C93C" w14:textId="77777777" w:rsidR="0013458D" w:rsidRDefault="00000000" w:rsidP="00E757AB">
      <w:pPr>
        <w:jc w:val="both"/>
      </w:pPr>
      <w:r>
        <w:t>____________________________________________________________________________</w:t>
      </w:r>
    </w:p>
    <w:p w14:paraId="5149BD64" w14:textId="77777777" w:rsidR="0013458D" w:rsidRDefault="00000000" w:rsidP="00E757AB">
      <w:pPr>
        <w:jc w:val="both"/>
      </w:pPr>
      <w:r>
        <w:t>____________________________________________________________________________</w:t>
      </w:r>
    </w:p>
    <w:p w14:paraId="14F380D2" w14:textId="77777777" w:rsidR="0013458D" w:rsidRDefault="00000000" w:rsidP="00E757AB">
      <w:pPr>
        <w:jc w:val="both"/>
      </w:pPr>
      <w:r>
        <w:t>____________________________________________________________________________</w:t>
      </w:r>
    </w:p>
    <w:p w14:paraId="5CA1A372" w14:textId="77777777" w:rsidR="0013458D" w:rsidRDefault="00000000" w:rsidP="00E757AB">
      <w:pPr>
        <w:jc w:val="both"/>
      </w:pPr>
      <w:r>
        <w:t>Si el espacio resulta insuficiente, se podrá continuar en una hoja anexa firmada, indicando a qué apartado corresponde.</w:t>
      </w:r>
    </w:p>
    <w:p w14:paraId="40083E3B" w14:textId="321E8C3A" w:rsidR="0013458D" w:rsidRDefault="00000000" w:rsidP="00E757AB">
      <w:pPr>
        <w:pStyle w:val="Ttulo1"/>
        <w:numPr>
          <w:ilvl w:val="0"/>
          <w:numId w:val="10"/>
        </w:numPr>
        <w:jc w:val="both"/>
      </w:pPr>
      <w:r>
        <w:t>Solicitud y firma</w:t>
      </w:r>
    </w:p>
    <w:p w14:paraId="3FBF8A04" w14:textId="77777777" w:rsidR="00E757AB" w:rsidRPr="00E757AB" w:rsidRDefault="00E757AB" w:rsidP="00E757AB"/>
    <w:p w14:paraId="174833E7" w14:textId="77777777" w:rsidR="0013458D" w:rsidRDefault="00000000" w:rsidP="00E757AB">
      <w:pPr>
        <w:jc w:val="both"/>
      </w:pPr>
      <w:r>
        <w:t>Por lo anteriormente expuesto, respetuosamente solicito:</w:t>
      </w:r>
    </w:p>
    <w:p w14:paraId="7D25AEC8" w14:textId="77777777" w:rsidR="00E757AB" w:rsidRDefault="00E757AB" w:rsidP="00E757AB">
      <w:pPr>
        <w:jc w:val="both"/>
      </w:pPr>
    </w:p>
    <w:p w14:paraId="47FBEFEC" w14:textId="77777777" w:rsidR="0013458D" w:rsidRDefault="00000000" w:rsidP="00E757AB">
      <w:pPr>
        <w:jc w:val="both"/>
      </w:pPr>
      <w:r w:rsidRPr="00E757AB">
        <w:rPr>
          <w:b/>
          <w:bCs/>
        </w:rPr>
        <w:t>PRIMERO</w:t>
      </w:r>
      <w:r>
        <w:t>. Tenerme por presentado con este escrito, mediante el cual identifico el documento faltante, explico las circunstancias por las que no cuento con él y proporciono los datos personales que deberían aparecer en dicho documento.</w:t>
      </w:r>
    </w:p>
    <w:p w14:paraId="62980C31" w14:textId="77777777" w:rsidR="00E757AB" w:rsidRDefault="00E757AB" w:rsidP="00E757AB">
      <w:pPr>
        <w:jc w:val="both"/>
      </w:pPr>
    </w:p>
    <w:p w14:paraId="273003C2" w14:textId="77777777" w:rsidR="0013458D" w:rsidRDefault="00000000" w:rsidP="00E757AB">
      <w:pPr>
        <w:jc w:val="both"/>
      </w:pPr>
      <w:r w:rsidRPr="00E757AB">
        <w:rPr>
          <w:b/>
          <w:bCs/>
        </w:rPr>
        <w:t>SEGUNDO</w:t>
      </w:r>
      <w:r>
        <w:t>. Recibir e integrar el presente escrito y sus anexos a mi expediente, y aplicar la disposición relativa a la falta de documentos por fuerza mayor o caso fortuito para dar trámite a mi solicitud de incorporación conforme a las Reglas de Operación 2026 del programa señalado.</w:t>
      </w:r>
    </w:p>
    <w:p w14:paraId="13234E88" w14:textId="77777777" w:rsidR="00E757AB" w:rsidRDefault="00E757AB" w:rsidP="00E757AB">
      <w:pPr>
        <w:jc w:val="both"/>
      </w:pPr>
    </w:p>
    <w:p w14:paraId="780CE6D7" w14:textId="77777777" w:rsidR="0013458D" w:rsidRDefault="00000000" w:rsidP="00E757AB">
      <w:pPr>
        <w:jc w:val="both"/>
      </w:pPr>
      <w:r>
        <w:t>Lo anterior se solicita con fundamento en el numeral 3.3.2, tratándose de la Pensión para el Bienestar de las Personas Adultas Mayores o de la Pensión Mujeres Bienestar; o en el numeral 3.3, tratándose de la Pensión para el Bienestar de las Personas con Discapacidad Permanente, específicamente en el párrafo que contempla la falta de documentos por causas de fuerza mayor o caso fortuito.</w:t>
      </w:r>
    </w:p>
    <w:p w14:paraId="2A7E9A7F" w14:textId="77777777" w:rsidR="00E757AB" w:rsidRDefault="00E757AB" w:rsidP="00E757AB">
      <w:pPr>
        <w:jc w:val="both"/>
      </w:pPr>
    </w:p>
    <w:p w14:paraId="2200BD3E" w14:textId="77777777" w:rsidR="0013458D" w:rsidRDefault="00000000" w:rsidP="00E757AB">
      <w:pPr>
        <w:jc w:val="both"/>
      </w:pPr>
      <w:r>
        <w:t>Ratifico que la información asentada en este escrito es verdadera y lo firmo ante los dos testigos que se identifican en el apartado siguiente.</w:t>
      </w:r>
    </w:p>
    <w:p w14:paraId="6A464683" w14:textId="77777777" w:rsidR="00E757AB" w:rsidRDefault="00E757AB" w:rsidP="00E757AB">
      <w:pPr>
        <w:jc w:val="both"/>
      </w:pPr>
    </w:p>
    <w:p w14:paraId="1168C62C" w14:textId="77777777" w:rsidR="0013458D" w:rsidRDefault="00000000" w:rsidP="00E757AB">
      <w:pPr>
        <w:jc w:val="center"/>
        <w:rPr>
          <w:b/>
        </w:rPr>
      </w:pPr>
      <w:r>
        <w:rPr>
          <w:b/>
        </w:rPr>
        <w:t>PROTESTO LO NECESARIO</w:t>
      </w:r>
    </w:p>
    <w:p w14:paraId="55A7EB64" w14:textId="77777777" w:rsidR="00E757AB" w:rsidRDefault="00E757AB" w:rsidP="00E757AB">
      <w:pPr>
        <w:jc w:val="center"/>
      </w:pPr>
    </w:p>
    <w:p w14:paraId="7B8746DE" w14:textId="77777777" w:rsidR="0013458D" w:rsidRDefault="00000000" w:rsidP="00E757AB">
      <w:pPr>
        <w:jc w:val="both"/>
      </w:pPr>
      <w:r>
        <w:t>____________________________________________________________________________</w:t>
      </w:r>
    </w:p>
    <w:p w14:paraId="0FB6BE65" w14:textId="77777777" w:rsidR="0013458D" w:rsidRDefault="00000000" w:rsidP="00E757AB">
      <w:pPr>
        <w:jc w:val="center"/>
      </w:pPr>
      <w:r>
        <w:rPr>
          <w:b/>
        </w:rPr>
        <w:t>Nombre completo y firma de la persona solicitante</w:t>
      </w:r>
    </w:p>
    <w:p w14:paraId="17567F13" w14:textId="167044C5" w:rsidR="0013458D" w:rsidRDefault="0013458D" w:rsidP="00E757AB">
      <w:pPr>
        <w:jc w:val="both"/>
      </w:pPr>
    </w:p>
    <w:p w14:paraId="6C55B2F9" w14:textId="77777777" w:rsidR="0013458D" w:rsidRDefault="00000000" w:rsidP="00E757AB">
      <w:pPr>
        <w:pStyle w:val="Ttulo1"/>
        <w:jc w:val="both"/>
      </w:pPr>
      <w:r>
        <w:t>4. Participación de los testigos</w:t>
      </w:r>
    </w:p>
    <w:p w14:paraId="2EBFE7B4" w14:textId="77777777" w:rsidR="0013458D" w:rsidRDefault="00000000" w:rsidP="00E757AB">
      <w:pPr>
        <w:jc w:val="both"/>
      </w:pPr>
      <w:r>
        <w:t>Quienes suscribimos en calidad de testigos hacemos constar que la persona solicitante firma el presente escrito en nuestra presencia. Para los efectos previstos en las Reglas de Operación del programa correspondiente, proporcionamos nuestros nombres y domicilios particulares y, de contar con identificación oficial, acompañamos copia de ella.</w:t>
      </w:r>
    </w:p>
    <w:p w14:paraId="2422461B" w14:textId="77777777" w:rsidR="00E757AB" w:rsidRDefault="00E757AB" w:rsidP="00E757AB">
      <w:pPr>
        <w:jc w:val="both"/>
      </w:pPr>
    </w:p>
    <w:p w14:paraId="1328B7F0" w14:textId="77777777" w:rsidR="0013458D" w:rsidRDefault="00000000" w:rsidP="00E757AB">
      <w:pPr>
        <w:jc w:val="both"/>
      </w:pPr>
      <w:r>
        <w:rPr>
          <w:b/>
        </w:rPr>
        <w:t>TESTIGO 1</w:t>
      </w:r>
    </w:p>
    <w:p w14:paraId="1C2539F9" w14:textId="77777777" w:rsidR="0013458D" w:rsidRDefault="00000000" w:rsidP="00E757AB">
      <w:pPr>
        <w:jc w:val="both"/>
      </w:pPr>
      <w:r>
        <w:t>Nombre completo: ____________________________________________________</w:t>
      </w:r>
    </w:p>
    <w:p w14:paraId="5B2DB962" w14:textId="77777777" w:rsidR="0013458D" w:rsidRDefault="00000000" w:rsidP="00E757AB">
      <w:pPr>
        <w:jc w:val="both"/>
      </w:pPr>
      <w:r>
        <w:t>Domicilio particular completo —calle, número exterior e interior, colonia, localidad, municipio o alcaldía, entidad federativa y código postal—:</w:t>
      </w:r>
    </w:p>
    <w:p w14:paraId="042DB9B9" w14:textId="77777777" w:rsidR="0013458D" w:rsidRDefault="00000000" w:rsidP="00E757AB">
      <w:pPr>
        <w:jc w:val="both"/>
      </w:pPr>
      <w:r>
        <w:t>____________________________________________________________________________</w:t>
      </w:r>
    </w:p>
    <w:p w14:paraId="693AAEDE" w14:textId="77777777" w:rsidR="0013458D" w:rsidRDefault="00000000" w:rsidP="00E757AB">
      <w:pPr>
        <w:jc w:val="both"/>
      </w:pPr>
      <w:r>
        <w:t>____________________________________________________________________________</w:t>
      </w:r>
    </w:p>
    <w:p w14:paraId="0B53717D" w14:textId="77777777" w:rsidR="0013458D" w:rsidRDefault="00000000" w:rsidP="00E757AB">
      <w:pPr>
        <w:jc w:val="both"/>
      </w:pPr>
      <w:r>
        <w:t>____________________________________________________________________________</w:t>
      </w:r>
    </w:p>
    <w:p w14:paraId="1B357F09" w14:textId="77777777" w:rsidR="0013458D" w:rsidRDefault="00000000" w:rsidP="00E757AB">
      <w:pPr>
        <w:jc w:val="both"/>
      </w:pPr>
      <w:r>
        <w:t>Tipo de identificación oficial, si cuenta con ella: ______________________________</w:t>
      </w:r>
    </w:p>
    <w:p w14:paraId="6E573FB4" w14:textId="77777777" w:rsidR="0013458D" w:rsidRDefault="00000000" w:rsidP="00E757AB">
      <w:pPr>
        <w:jc w:val="both"/>
      </w:pPr>
      <w:r>
        <w:lastRenderedPageBreak/>
        <w:t>Se acompaña copia: ☐ Sí. ☐ No cuento con identificación oficial.</w:t>
      </w:r>
    </w:p>
    <w:p w14:paraId="5161191F" w14:textId="77777777" w:rsidR="00E757AB" w:rsidRDefault="00E757AB" w:rsidP="00E757AB">
      <w:pPr>
        <w:jc w:val="both"/>
      </w:pPr>
    </w:p>
    <w:p w14:paraId="2433C884" w14:textId="77777777" w:rsidR="0013458D" w:rsidRDefault="00000000" w:rsidP="00E757AB">
      <w:pPr>
        <w:jc w:val="both"/>
      </w:pPr>
      <w:r>
        <w:t>Firma: ______________________________________________________________</w:t>
      </w:r>
    </w:p>
    <w:p w14:paraId="55F27A9A" w14:textId="77777777" w:rsidR="00E757AB" w:rsidRDefault="00E757AB" w:rsidP="00E757AB">
      <w:pPr>
        <w:jc w:val="both"/>
        <w:rPr>
          <w:b/>
        </w:rPr>
      </w:pPr>
    </w:p>
    <w:p w14:paraId="71A0279F" w14:textId="51E8402A" w:rsidR="0013458D" w:rsidRDefault="00000000" w:rsidP="00E757AB">
      <w:pPr>
        <w:jc w:val="both"/>
      </w:pPr>
      <w:r>
        <w:rPr>
          <w:b/>
        </w:rPr>
        <w:t>TESTIGO 2</w:t>
      </w:r>
    </w:p>
    <w:p w14:paraId="281CFD64" w14:textId="77777777" w:rsidR="0013458D" w:rsidRDefault="00000000" w:rsidP="00E757AB">
      <w:pPr>
        <w:jc w:val="both"/>
      </w:pPr>
      <w:r>
        <w:t>Nombre completo: ____________________________________________________</w:t>
      </w:r>
    </w:p>
    <w:p w14:paraId="7B31BE44" w14:textId="77777777" w:rsidR="0013458D" w:rsidRDefault="00000000" w:rsidP="00E757AB">
      <w:pPr>
        <w:jc w:val="both"/>
      </w:pPr>
      <w:r>
        <w:t>Domicilio particular completo —calle, número exterior e interior, colonia, localidad, municipio o alcaldía, entidad federativa y código postal—:</w:t>
      </w:r>
    </w:p>
    <w:p w14:paraId="3E5D27D8" w14:textId="77777777" w:rsidR="0013458D" w:rsidRDefault="00000000" w:rsidP="00E757AB">
      <w:pPr>
        <w:jc w:val="both"/>
      </w:pPr>
      <w:r>
        <w:t>____________________________________________________________________________</w:t>
      </w:r>
    </w:p>
    <w:p w14:paraId="16CE6E1A" w14:textId="77777777" w:rsidR="0013458D" w:rsidRDefault="00000000" w:rsidP="00E757AB">
      <w:pPr>
        <w:jc w:val="both"/>
      </w:pPr>
      <w:r>
        <w:t>____________________________________________________________________________</w:t>
      </w:r>
    </w:p>
    <w:p w14:paraId="08628CC0" w14:textId="77777777" w:rsidR="0013458D" w:rsidRDefault="00000000" w:rsidP="00E757AB">
      <w:pPr>
        <w:jc w:val="both"/>
      </w:pPr>
      <w:r>
        <w:t>____________________________________________________________________________</w:t>
      </w:r>
    </w:p>
    <w:p w14:paraId="47BE6928" w14:textId="77777777" w:rsidR="0013458D" w:rsidRDefault="00000000" w:rsidP="00E757AB">
      <w:pPr>
        <w:jc w:val="both"/>
      </w:pPr>
      <w:r>
        <w:t>Tipo de identificación oficial, si cuenta con ella: ______________________________</w:t>
      </w:r>
    </w:p>
    <w:p w14:paraId="6ED50157" w14:textId="77777777" w:rsidR="0013458D" w:rsidRDefault="00000000" w:rsidP="00E757AB">
      <w:pPr>
        <w:jc w:val="both"/>
      </w:pPr>
      <w:r>
        <w:t>Se acompaña copia: ☐ Sí. ☐ No cuento con identificación oficial.</w:t>
      </w:r>
    </w:p>
    <w:p w14:paraId="7CA15053" w14:textId="77777777" w:rsidR="0013458D" w:rsidRDefault="00000000" w:rsidP="00E757AB">
      <w:pPr>
        <w:jc w:val="both"/>
      </w:pPr>
      <w:r>
        <w:t>Firma: ______________________________________________________________</w:t>
      </w:r>
    </w:p>
    <w:p w14:paraId="53938BBE" w14:textId="77777777" w:rsidR="0013458D" w:rsidRDefault="00000000" w:rsidP="00E757AB">
      <w:pPr>
        <w:pStyle w:val="Ttulo1"/>
        <w:jc w:val="both"/>
      </w:pPr>
      <w:r>
        <w:t>5. Anexos</w:t>
      </w:r>
    </w:p>
    <w:p w14:paraId="5E64E125" w14:textId="77777777" w:rsidR="0013458D" w:rsidRDefault="00000000" w:rsidP="00E757AB">
      <w:pPr>
        <w:jc w:val="both"/>
      </w:pPr>
      <w:r>
        <w:t>Se acompañan los siguientes documentos, según corresponda:</w:t>
      </w:r>
    </w:p>
    <w:p w14:paraId="5F1E4293" w14:textId="77777777" w:rsidR="0013458D" w:rsidRDefault="00000000" w:rsidP="00E757AB">
      <w:pPr>
        <w:jc w:val="both"/>
      </w:pPr>
      <w:r>
        <w:t>☐ Copia de la identificación de la persona solicitante, si cuenta con ella.</w:t>
      </w:r>
    </w:p>
    <w:p w14:paraId="26ECDE17" w14:textId="77777777" w:rsidR="0013458D" w:rsidRDefault="00000000" w:rsidP="00E757AB">
      <w:pPr>
        <w:jc w:val="both"/>
      </w:pPr>
      <w:r>
        <w:t>☐ Copia de la identificación oficial del testigo 1, si cuenta con ella.</w:t>
      </w:r>
    </w:p>
    <w:p w14:paraId="6810E647" w14:textId="77777777" w:rsidR="0013458D" w:rsidRDefault="00000000" w:rsidP="00E757AB">
      <w:pPr>
        <w:jc w:val="both"/>
      </w:pPr>
      <w:r>
        <w:t>☐ Copia de la identificación oficial del testigo 2, si cuenta con ella.</w:t>
      </w:r>
    </w:p>
    <w:p w14:paraId="6B5F2E65" w14:textId="77777777" w:rsidR="0013458D" w:rsidRDefault="00000000" w:rsidP="00E757AB">
      <w:pPr>
        <w:jc w:val="both"/>
      </w:pPr>
      <w:r>
        <w:t>☐ Hoja de continuación de las manifestaciones, firmada.</w:t>
      </w:r>
    </w:p>
    <w:p w14:paraId="3D83DB84" w14:textId="0CE6DDBE" w:rsidR="0013458D" w:rsidRDefault="00000000" w:rsidP="00E757AB">
      <w:pPr>
        <w:jc w:val="both"/>
      </w:pPr>
      <w:r>
        <w:t>☐ Otros: ___________________________________________________________</w:t>
      </w:r>
      <w:r w:rsidR="00E757AB">
        <w:t>________</w:t>
      </w:r>
      <w:r>
        <w:t>_</w:t>
      </w:r>
    </w:p>
    <w:p w14:paraId="0689367E" w14:textId="77777777" w:rsidR="0013458D" w:rsidRDefault="00000000" w:rsidP="00E757AB">
      <w:pPr>
        <w:jc w:val="both"/>
      </w:pPr>
      <w:r>
        <w:t>____________________________________________________________________________</w:t>
      </w:r>
    </w:p>
    <w:sectPr w:rsidR="0013458D"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FFD650F"/>
    <w:multiLevelType w:val="hybridMultilevel"/>
    <w:tmpl w:val="7C6CA3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94052578">
    <w:abstractNumId w:val="8"/>
  </w:num>
  <w:num w:numId="2" w16cid:durableId="1813709987">
    <w:abstractNumId w:val="6"/>
  </w:num>
  <w:num w:numId="3" w16cid:durableId="2097163392">
    <w:abstractNumId w:val="5"/>
  </w:num>
  <w:num w:numId="4" w16cid:durableId="1297954731">
    <w:abstractNumId w:val="4"/>
  </w:num>
  <w:num w:numId="5" w16cid:durableId="1119296840">
    <w:abstractNumId w:val="7"/>
  </w:num>
  <w:num w:numId="6" w16cid:durableId="2122532505">
    <w:abstractNumId w:val="3"/>
  </w:num>
  <w:num w:numId="7" w16cid:durableId="1021785780">
    <w:abstractNumId w:val="2"/>
  </w:num>
  <w:num w:numId="8" w16cid:durableId="147475852">
    <w:abstractNumId w:val="1"/>
  </w:num>
  <w:num w:numId="9" w16cid:durableId="1181747382">
    <w:abstractNumId w:val="0"/>
  </w:num>
  <w:num w:numId="10" w16cid:durableId="13963905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458D"/>
    <w:rsid w:val="0015074B"/>
    <w:rsid w:val="0029639D"/>
    <w:rsid w:val="00326F90"/>
    <w:rsid w:val="00AA1D8D"/>
    <w:rsid w:val="00B15C4C"/>
    <w:rsid w:val="00B47730"/>
    <w:rsid w:val="00CB0664"/>
    <w:rsid w:val="00CE3AE3"/>
    <w:rsid w:val="00E757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7DC7CE"/>
  <w14:defaultImageDpi w14:val="300"/>
  <w15:docId w15:val="{E2E31DE9-460F-4A64-B169-EBBEA751F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Arial" w:hAnsi="Arial"/>
      <w:color w:val="00000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contextualSpacing/>
    </w:pPr>
    <w:rPr>
      <w:rFonts w:asciiTheme="majorHAnsi" w:eastAsiaTheme="majorEastAsia" w:hAnsiTheme="majorHAnsi" w:cstheme="majorBidi"/>
      <w:spacing w:val="5"/>
      <w:kern w:val="28"/>
      <w:sz w:val="3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1058</Words>
  <Characters>5822</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 Juárez</cp:lastModifiedBy>
  <cp:revision>2</cp:revision>
  <dcterms:created xsi:type="dcterms:W3CDTF">2013-12-23T23:15:00Z</dcterms:created>
  <dcterms:modified xsi:type="dcterms:W3CDTF">2026-10-22T18:57:00Z</dcterms:modified>
  <cp:category/>
</cp:coreProperties>
</file>